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9A762" w14:textId="4E087C1F" w:rsidR="00030B04" w:rsidRDefault="00000000">
      <w:pPr>
        <w:jc w:val="center"/>
      </w:pPr>
      <w:r>
        <w:rPr>
          <w:b/>
          <w:sz w:val="32"/>
        </w:rPr>
        <w:t xml:space="preserve">Statement of Purpose </w:t>
      </w:r>
    </w:p>
    <w:p w14:paraId="00B74FB8" w14:textId="77777777" w:rsidR="00030B04" w:rsidRDefault="00000000">
      <w:pPr>
        <w:jc w:val="center"/>
      </w:pPr>
      <w:r>
        <w:rPr>
          <w:b/>
          <w:sz w:val="24"/>
        </w:rPr>
        <w:t>KA171 International Credit Mobility</w:t>
      </w:r>
    </w:p>
    <w:p w14:paraId="1379F5BA" w14:textId="77777777" w:rsidR="00030B04" w:rsidRDefault="00000000">
      <w:pPr>
        <w:jc w:val="center"/>
      </w:pPr>
      <w:r>
        <w:rPr>
          <w:i/>
          <w:sz w:val="22"/>
        </w:rPr>
        <w:t>Chiang Mai University – University of Granada</w:t>
      </w:r>
    </w:p>
    <w:p w14:paraId="48D496AB" w14:textId="77777777" w:rsidR="00030B04" w:rsidRDefault="00030B04"/>
    <w:tbl>
      <w:tblPr>
        <w:tblW w:w="114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44"/>
        <w:gridCol w:w="3672"/>
        <w:gridCol w:w="2952"/>
        <w:gridCol w:w="2880"/>
      </w:tblGrid>
      <w:tr w:rsidR="00030B04" w14:paraId="341C453C" w14:textId="77777777" w:rsidTr="002B12C4">
        <w:trPr>
          <w:jc w:val="center"/>
        </w:trPr>
        <w:tc>
          <w:tcPr>
            <w:tcW w:w="1944" w:type="dxa"/>
            <w:shd w:val="clear" w:color="auto" w:fill="EDEDED"/>
            <w:vAlign w:val="center"/>
          </w:tcPr>
          <w:p w14:paraId="1EA50902" w14:textId="77777777" w:rsidR="00030B04" w:rsidRDefault="00000000">
            <w:r>
              <w:rPr>
                <w:b/>
                <w:sz w:val="20"/>
              </w:rPr>
              <w:t>Applicant’s Name:</w:t>
            </w:r>
          </w:p>
        </w:tc>
        <w:tc>
          <w:tcPr>
            <w:tcW w:w="3672" w:type="dxa"/>
            <w:vAlign w:val="center"/>
          </w:tcPr>
          <w:p w14:paraId="3C575CA8" w14:textId="77777777" w:rsidR="00030B04" w:rsidRDefault="00030B04"/>
        </w:tc>
        <w:tc>
          <w:tcPr>
            <w:tcW w:w="2952" w:type="dxa"/>
            <w:shd w:val="clear" w:color="auto" w:fill="EDEDED"/>
            <w:vAlign w:val="center"/>
          </w:tcPr>
          <w:p w14:paraId="7E8A6514" w14:textId="77777777" w:rsidR="00030B04" w:rsidRDefault="00000000">
            <w:r>
              <w:rPr>
                <w:b/>
                <w:sz w:val="20"/>
              </w:rPr>
              <w:t>Student ID:</w:t>
            </w:r>
          </w:p>
        </w:tc>
        <w:tc>
          <w:tcPr>
            <w:tcW w:w="2880" w:type="dxa"/>
            <w:vAlign w:val="center"/>
          </w:tcPr>
          <w:p w14:paraId="1E54BE7B" w14:textId="77777777" w:rsidR="00030B04" w:rsidRDefault="00030B04"/>
        </w:tc>
      </w:tr>
      <w:tr w:rsidR="00030B04" w14:paraId="38C6A6A9" w14:textId="77777777" w:rsidTr="002B12C4">
        <w:trPr>
          <w:jc w:val="center"/>
        </w:trPr>
        <w:tc>
          <w:tcPr>
            <w:tcW w:w="1944" w:type="dxa"/>
            <w:shd w:val="clear" w:color="auto" w:fill="EDEDED"/>
            <w:vAlign w:val="center"/>
          </w:tcPr>
          <w:p w14:paraId="3B98CC63" w14:textId="77777777" w:rsidR="00030B04" w:rsidRDefault="00000000">
            <w:r>
              <w:rPr>
                <w:b/>
                <w:sz w:val="20"/>
              </w:rPr>
              <w:t>Faculty:</w:t>
            </w:r>
          </w:p>
        </w:tc>
        <w:tc>
          <w:tcPr>
            <w:tcW w:w="3672" w:type="dxa"/>
            <w:vAlign w:val="center"/>
          </w:tcPr>
          <w:p w14:paraId="6FE5D7A4" w14:textId="77777777" w:rsidR="00030B04" w:rsidRDefault="00030B04"/>
        </w:tc>
        <w:tc>
          <w:tcPr>
            <w:tcW w:w="2952" w:type="dxa"/>
            <w:shd w:val="clear" w:color="auto" w:fill="EDEDED"/>
            <w:vAlign w:val="center"/>
          </w:tcPr>
          <w:p w14:paraId="5F8E9B13" w14:textId="77777777" w:rsidR="00030B04" w:rsidRDefault="00000000">
            <w:r>
              <w:rPr>
                <w:b/>
                <w:sz w:val="20"/>
              </w:rPr>
              <w:t>Degree Programme:</w:t>
            </w:r>
          </w:p>
        </w:tc>
        <w:tc>
          <w:tcPr>
            <w:tcW w:w="2880" w:type="dxa"/>
            <w:vAlign w:val="center"/>
          </w:tcPr>
          <w:p w14:paraId="7CE00256" w14:textId="77777777" w:rsidR="00030B04" w:rsidRDefault="00030B04"/>
        </w:tc>
      </w:tr>
      <w:tr w:rsidR="002D384D" w14:paraId="069099C9" w14:textId="77777777" w:rsidTr="002B12C4">
        <w:trPr>
          <w:jc w:val="center"/>
        </w:trPr>
        <w:tc>
          <w:tcPr>
            <w:tcW w:w="1944" w:type="dxa"/>
            <w:shd w:val="clear" w:color="auto" w:fill="EDEDED"/>
            <w:vAlign w:val="center"/>
          </w:tcPr>
          <w:p w14:paraId="222BA773" w14:textId="00B98E32" w:rsidR="002D384D" w:rsidRDefault="002D384D">
            <w:pPr>
              <w:rPr>
                <w:b/>
                <w:sz w:val="20"/>
                <w:lang w:bidi="th-TH"/>
              </w:rPr>
            </w:pPr>
            <w:r>
              <w:rPr>
                <w:b/>
                <w:sz w:val="20"/>
                <w:lang w:bidi="th-TH"/>
              </w:rPr>
              <w:t>Email</w:t>
            </w:r>
          </w:p>
        </w:tc>
        <w:tc>
          <w:tcPr>
            <w:tcW w:w="3672" w:type="dxa"/>
            <w:vAlign w:val="center"/>
          </w:tcPr>
          <w:p w14:paraId="7FC39B60" w14:textId="77777777" w:rsidR="002D384D" w:rsidRDefault="002D384D"/>
        </w:tc>
        <w:tc>
          <w:tcPr>
            <w:tcW w:w="2952" w:type="dxa"/>
            <w:shd w:val="clear" w:color="auto" w:fill="EDEDED"/>
            <w:vAlign w:val="center"/>
          </w:tcPr>
          <w:p w14:paraId="0E2C9F59" w14:textId="1CF06968" w:rsidR="002D384D" w:rsidRDefault="002D384D">
            <w:pPr>
              <w:rPr>
                <w:b/>
                <w:sz w:val="20"/>
              </w:rPr>
            </w:pPr>
            <w:r>
              <w:rPr>
                <w:b/>
                <w:sz w:val="20"/>
              </w:rPr>
              <w:t>Contact Number</w:t>
            </w:r>
          </w:p>
        </w:tc>
        <w:tc>
          <w:tcPr>
            <w:tcW w:w="2880" w:type="dxa"/>
            <w:vAlign w:val="center"/>
          </w:tcPr>
          <w:p w14:paraId="60E9DB58" w14:textId="77777777" w:rsidR="002D384D" w:rsidRDefault="002D384D"/>
        </w:tc>
      </w:tr>
      <w:tr w:rsidR="00030B04" w14:paraId="14BB43C7" w14:textId="77777777" w:rsidTr="002B12C4">
        <w:trPr>
          <w:jc w:val="center"/>
        </w:trPr>
        <w:tc>
          <w:tcPr>
            <w:tcW w:w="1944" w:type="dxa"/>
            <w:shd w:val="clear" w:color="auto" w:fill="EDEDED"/>
            <w:vAlign w:val="center"/>
          </w:tcPr>
          <w:p w14:paraId="37F48054" w14:textId="77777777" w:rsidR="00030B04" w:rsidRDefault="00000000">
            <w:r>
              <w:rPr>
                <w:b/>
                <w:sz w:val="20"/>
              </w:rPr>
              <w:t>Level of Study:</w:t>
            </w:r>
          </w:p>
        </w:tc>
        <w:tc>
          <w:tcPr>
            <w:tcW w:w="3672" w:type="dxa"/>
            <w:vAlign w:val="center"/>
          </w:tcPr>
          <w:p w14:paraId="39EBF5AD" w14:textId="4FB5EC24" w:rsidR="00030B04" w:rsidRDefault="00000000">
            <w:r>
              <w:rPr>
                <w:sz w:val="20"/>
              </w:rPr>
              <w:t xml:space="preserve">☐ Bachelor’s   ☐ Master’s   </w:t>
            </w:r>
          </w:p>
        </w:tc>
        <w:tc>
          <w:tcPr>
            <w:tcW w:w="2952" w:type="dxa"/>
            <w:shd w:val="clear" w:color="auto" w:fill="EDEDED"/>
            <w:vAlign w:val="center"/>
          </w:tcPr>
          <w:p w14:paraId="2C3CBB8D" w14:textId="77777777" w:rsidR="00030B04" w:rsidRDefault="00000000">
            <w:r>
              <w:rPr>
                <w:b/>
                <w:sz w:val="20"/>
              </w:rPr>
              <w:t>Proposed Field of Study/Research at UGR:</w:t>
            </w:r>
          </w:p>
        </w:tc>
        <w:tc>
          <w:tcPr>
            <w:tcW w:w="2880" w:type="dxa"/>
            <w:vAlign w:val="center"/>
          </w:tcPr>
          <w:p w14:paraId="30F3D190" w14:textId="77777777" w:rsidR="00030B04" w:rsidRDefault="00030B04"/>
        </w:tc>
      </w:tr>
    </w:tbl>
    <w:p w14:paraId="6F23E130" w14:textId="77777777" w:rsidR="00030B04" w:rsidRDefault="00030B04"/>
    <w:p w14:paraId="4E82DB9C" w14:textId="77777777" w:rsidR="00030B04" w:rsidRDefault="00000000">
      <w:r>
        <w:rPr>
          <w:b/>
          <w:sz w:val="24"/>
        </w:rPr>
        <w:t>Instructions</w:t>
      </w:r>
    </w:p>
    <w:p w14:paraId="0D2FBC2D" w14:textId="7A1DFFBA" w:rsidR="00030B04" w:rsidRDefault="00000000">
      <w:pPr>
        <w:spacing w:after="60"/>
        <w:rPr>
          <w:lang w:bidi="th-TH"/>
        </w:rPr>
      </w:pPr>
      <w:r>
        <w:t>Please explain your academic background and interests, purpose and proposed activities at UGR, the added value of the mobility, and how you intend to apply the knowledge and experience gained after returning to CMU.</w:t>
      </w:r>
      <w:r w:rsidR="009429D3">
        <w:rPr>
          <w:rFonts w:hint="cs"/>
          <w:cs/>
          <w:lang w:bidi="th-TH"/>
        </w:rPr>
        <w:t xml:space="preserve"> </w:t>
      </w:r>
      <w:r w:rsidR="009429D3">
        <w:rPr>
          <w:lang w:bidi="th-TH"/>
        </w:rPr>
        <w:t xml:space="preserve">Please type appropriately. Handwriting in the form is not accepted. </w:t>
      </w:r>
    </w:p>
    <w:p w14:paraId="65109D44" w14:textId="21236A64" w:rsidR="009429D3" w:rsidRDefault="00000000">
      <w:pPr>
        <w:rPr>
          <w:b/>
        </w:rPr>
      </w:pPr>
      <w:r>
        <w:rPr>
          <w:b/>
        </w:rPr>
        <w:t xml:space="preserve">Maximum length: </w:t>
      </w:r>
      <w:r w:rsidR="00620B5B">
        <w:rPr>
          <w:b/>
          <w:lang w:bidi="th-TH"/>
        </w:rPr>
        <w:t>5</w:t>
      </w:r>
      <w:r>
        <w:rPr>
          <w:b/>
        </w:rPr>
        <w:t>00 words.</w:t>
      </w:r>
    </w:p>
    <w:p w14:paraId="07FB87D3" w14:textId="77777777" w:rsidR="009429D3" w:rsidRPr="009429D3" w:rsidRDefault="009429D3" w:rsidP="009429D3">
      <w:pPr>
        <w:rPr>
          <w:bCs/>
        </w:rPr>
      </w:pPr>
      <w:r w:rsidRPr="009429D3">
        <w:rPr>
          <w:bCs/>
        </w:rPr>
        <w:t>…………………………………………………………………………………………………………………………………………………….</w:t>
      </w:r>
    </w:p>
    <w:p w14:paraId="5796654B" w14:textId="77777777" w:rsidR="009429D3" w:rsidRPr="009429D3" w:rsidRDefault="009429D3" w:rsidP="009429D3">
      <w:pPr>
        <w:rPr>
          <w:bCs/>
        </w:rPr>
      </w:pPr>
      <w:r w:rsidRPr="009429D3">
        <w:rPr>
          <w:bCs/>
        </w:rPr>
        <w:t>…………………………………………………………………………………………………………………………………………………….</w:t>
      </w:r>
    </w:p>
    <w:p w14:paraId="3FB8DE90" w14:textId="77777777" w:rsidR="009429D3" w:rsidRPr="009429D3" w:rsidRDefault="009429D3" w:rsidP="009429D3">
      <w:pPr>
        <w:rPr>
          <w:bCs/>
          <w:cs/>
          <w:lang w:bidi="th-TH"/>
        </w:rPr>
      </w:pPr>
      <w:r w:rsidRPr="009429D3">
        <w:rPr>
          <w:bCs/>
        </w:rPr>
        <w:t>…………………………………………………………………………………………………………………………………………………….</w:t>
      </w:r>
    </w:p>
    <w:p w14:paraId="323F1EDE" w14:textId="77777777" w:rsidR="009429D3" w:rsidRPr="009429D3" w:rsidRDefault="009429D3" w:rsidP="009429D3">
      <w:pPr>
        <w:rPr>
          <w:bCs/>
        </w:rPr>
      </w:pPr>
      <w:r w:rsidRPr="009429D3">
        <w:rPr>
          <w:bCs/>
        </w:rPr>
        <w:t>…………………………………………………………………………………………………………………………………………………….</w:t>
      </w:r>
    </w:p>
    <w:p w14:paraId="3A8FFB59" w14:textId="77777777" w:rsidR="009429D3" w:rsidRPr="009429D3" w:rsidRDefault="009429D3" w:rsidP="009429D3">
      <w:pPr>
        <w:rPr>
          <w:bCs/>
        </w:rPr>
      </w:pPr>
      <w:r w:rsidRPr="009429D3">
        <w:rPr>
          <w:bCs/>
        </w:rPr>
        <w:t>…………………………………………………………………………………………………………………………………………………….</w:t>
      </w:r>
    </w:p>
    <w:p w14:paraId="40AA50DC" w14:textId="77777777" w:rsidR="009429D3" w:rsidRPr="009429D3" w:rsidRDefault="009429D3" w:rsidP="009429D3">
      <w:pPr>
        <w:rPr>
          <w:bCs/>
        </w:rPr>
      </w:pPr>
      <w:r w:rsidRPr="009429D3">
        <w:rPr>
          <w:bCs/>
        </w:rPr>
        <w:t>…………………………………………………………………………………………………………………………………………………….</w:t>
      </w:r>
    </w:p>
    <w:p w14:paraId="60ECE55B" w14:textId="77777777" w:rsidR="009429D3" w:rsidRPr="009429D3" w:rsidRDefault="009429D3" w:rsidP="009429D3">
      <w:pPr>
        <w:rPr>
          <w:bCs/>
        </w:rPr>
      </w:pPr>
      <w:r w:rsidRPr="009429D3">
        <w:rPr>
          <w:bCs/>
        </w:rPr>
        <w:t>…………………………………………………………………………………………………………………………………………………….</w:t>
      </w:r>
    </w:p>
    <w:p w14:paraId="7B27C14D" w14:textId="77777777" w:rsidR="009429D3" w:rsidRPr="009429D3" w:rsidRDefault="009429D3" w:rsidP="009429D3">
      <w:pPr>
        <w:rPr>
          <w:bCs/>
        </w:rPr>
      </w:pPr>
      <w:r w:rsidRPr="009429D3">
        <w:rPr>
          <w:bCs/>
        </w:rPr>
        <w:t>…………………………………………………………………………………………………………………………………………………….</w:t>
      </w:r>
    </w:p>
    <w:p w14:paraId="3F2FA0BB" w14:textId="77777777" w:rsidR="009429D3" w:rsidRPr="009429D3" w:rsidRDefault="009429D3" w:rsidP="009429D3">
      <w:pPr>
        <w:rPr>
          <w:bCs/>
        </w:rPr>
      </w:pPr>
      <w:r w:rsidRPr="009429D3">
        <w:rPr>
          <w:bCs/>
        </w:rPr>
        <w:t>…………………………………………………………………………………………………………………………………………………….</w:t>
      </w:r>
    </w:p>
    <w:p w14:paraId="21360638" w14:textId="77777777" w:rsidR="009429D3" w:rsidRPr="009429D3" w:rsidRDefault="009429D3" w:rsidP="009429D3">
      <w:pPr>
        <w:rPr>
          <w:bCs/>
        </w:rPr>
      </w:pPr>
      <w:r w:rsidRPr="009429D3">
        <w:rPr>
          <w:bCs/>
        </w:rPr>
        <w:t>…………………………………………………………………………………………………………………………………………………….</w:t>
      </w:r>
    </w:p>
    <w:p w14:paraId="3099557B" w14:textId="77777777" w:rsidR="009429D3" w:rsidRPr="009429D3" w:rsidRDefault="009429D3" w:rsidP="009429D3">
      <w:pPr>
        <w:rPr>
          <w:bCs/>
        </w:rPr>
      </w:pPr>
      <w:r w:rsidRPr="009429D3">
        <w:rPr>
          <w:bCs/>
        </w:rPr>
        <w:t>…………………………………………………………………………………………………………………………………………………….</w:t>
      </w:r>
    </w:p>
    <w:p w14:paraId="05711FF0" w14:textId="77777777" w:rsidR="009429D3" w:rsidRPr="009429D3" w:rsidRDefault="009429D3" w:rsidP="009429D3">
      <w:pPr>
        <w:rPr>
          <w:bCs/>
        </w:rPr>
      </w:pPr>
      <w:r w:rsidRPr="009429D3">
        <w:rPr>
          <w:bCs/>
        </w:rPr>
        <w:t>…………………………………………………………………………………………………………………………………………………….</w:t>
      </w:r>
    </w:p>
    <w:p w14:paraId="35AFB4BA" w14:textId="77777777" w:rsidR="00030B04" w:rsidRDefault="00030B04"/>
    <w:p w14:paraId="30B50608" w14:textId="77777777" w:rsidR="00030B04" w:rsidRDefault="00000000">
      <w:r>
        <w:t>Applicant’s Signature: ______________________________    Date: ______________________________</w:t>
      </w:r>
    </w:p>
    <w:sectPr w:rsidR="00030B04"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ordia New">
    <w:panose1 w:val="020B0304020202020204"/>
    <w:charset w:val="00"/>
    <w:family w:val="swiss"/>
    <w:pitch w:val="variable"/>
    <w:sig w:usb0="81000003" w:usb1="00000000" w:usb2="00000000" w:usb3="00000000" w:csb0="0001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73168855">
    <w:abstractNumId w:val="8"/>
  </w:num>
  <w:num w:numId="2" w16cid:durableId="457139964">
    <w:abstractNumId w:val="6"/>
  </w:num>
  <w:num w:numId="3" w16cid:durableId="473373793">
    <w:abstractNumId w:val="5"/>
  </w:num>
  <w:num w:numId="4" w16cid:durableId="39520050">
    <w:abstractNumId w:val="4"/>
  </w:num>
  <w:num w:numId="5" w16cid:durableId="1767924264">
    <w:abstractNumId w:val="7"/>
  </w:num>
  <w:num w:numId="6" w16cid:durableId="1958020285">
    <w:abstractNumId w:val="3"/>
  </w:num>
  <w:num w:numId="7" w16cid:durableId="188762110">
    <w:abstractNumId w:val="2"/>
  </w:num>
  <w:num w:numId="8" w16cid:durableId="1337880966">
    <w:abstractNumId w:val="1"/>
  </w:num>
  <w:num w:numId="9" w16cid:durableId="8937392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0B04"/>
    <w:rsid w:val="00034616"/>
    <w:rsid w:val="0006063C"/>
    <w:rsid w:val="0015074B"/>
    <w:rsid w:val="002709DE"/>
    <w:rsid w:val="0029639D"/>
    <w:rsid w:val="002B12C4"/>
    <w:rsid w:val="002D384D"/>
    <w:rsid w:val="00326F90"/>
    <w:rsid w:val="00620B5B"/>
    <w:rsid w:val="009429D3"/>
    <w:rsid w:val="00AA1D8D"/>
    <w:rsid w:val="00B47730"/>
    <w:rsid w:val="00C71717"/>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ADE72F"/>
  <w14:defaultImageDpi w14:val="300"/>
  <w15:docId w15:val="{67D416F1-AE1B-4DB5-A7A0-76291C045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208</Words>
  <Characters>1189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JUNVIMOL LERTANAN</cp:lastModifiedBy>
  <cp:revision>3</cp:revision>
  <dcterms:created xsi:type="dcterms:W3CDTF">2026-09-16T07:09:00Z</dcterms:created>
  <dcterms:modified xsi:type="dcterms:W3CDTF">2026-09-30T09:46:00Z</dcterms:modified>
  <cp:category/>
</cp:coreProperties>
</file>